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013" w:rsidRDefault="00F51124">
      <w:pPr>
        <w:jc w:val="center"/>
        <w:rPr>
          <w:rFonts w:ascii="Verdana" w:hAnsi="Verdana" w:hint="eastAsia"/>
          <w:b/>
          <w:bCs/>
          <w:color w:val="002060"/>
          <w:szCs w:val="24"/>
          <w:lang w:val="es-VE"/>
        </w:rPr>
      </w:pPr>
      <w:r>
        <w:rPr>
          <w:rFonts w:ascii="Verdana" w:hAnsi="Verdana"/>
          <w:b/>
          <w:bCs/>
          <w:color w:val="002060"/>
          <w:szCs w:val="24"/>
          <w:lang w:val="es-VE"/>
        </w:rPr>
        <w:t>REPUBLICA BOLIVARIANA DE VENEZUELA</w:t>
      </w:r>
      <w:r>
        <w:rPr>
          <w:rFonts w:ascii="Verdana" w:hAnsi="Verdana"/>
          <w:b/>
          <w:bCs/>
          <w:color w:val="002060"/>
          <w:szCs w:val="24"/>
          <w:lang w:val="es-VE"/>
        </w:rPr>
        <w:br/>
        <w:t>FONDO EDITORIAL RED HOLOS XXI</w:t>
      </w:r>
    </w:p>
    <w:p w:rsidR="002D0013" w:rsidRDefault="00F51124">
      <w:pPr>
        <w:spacing w:after="0"/>
        <w:jc w:val="center"/>
        <w:rPr>
          <w:rFonts w:ascii="Verdana" w:hAnsi="Verdana" w:hint="eastAsia"/>
          <w:b/>
          <w:bCs/>
          <w:color w:val="FF5050"/>
          <w:szCs w:val="24"/>
          <w:lang w:val="es-VE"/>
        </w:rPr>
      </w:pPr>
      <w:r>
        <w:rPr>
          <w:rFonts w:ascii="Verdana" w:hAnsi="Verdana"/>
          <w:b/>
          <w:bCs/>
          <w:color w:val="FF5050"/>
          <w:szCs w:val="24"/>
          <w:lang w:val="es-VE"/>
        </w:rPr>
        <w:t>“Saber y Ciencia para todos”</w:t>
      </w:r>
    </w:p>
    <w:p w:rsidR="002D0013" w:rsidRDefault="00F51124">
      <w:pPr>
        <w:pStyle w:val="Heading1"/>
        <w:jc w:val="center"/>
        <w:rPr>
          <w:rFonts w:ascii="Verdana" w:hAnsi="Verdana" w:hint="eastAsia"/>
          <w:color w:val="002060"/>
          <w:sz w:val="24"/>
          <w:szCs w:val="24"/>
          <w:lang w:val="es-VE"/>
        </w:rPr>
      </w:pPr>
      <w:r>
        <w:rPr>
          <w:rFonts w:ascii="Verdana" w:hAnsi="Verdana"/>
          <w:color w:val="002060"/>
          <w:sz w:val="24"/>
          <w:szCs w:val="24"/>
          <w:lang w:val="es-VE"/>
        </w:rPr>
        <w:t>INSTRUMENTO EDITORIAL DE ARBITRAJE DE TEXTOS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br/>
        <w:t>Título del texto: _______________________________________________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____________________________________________________________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Código del documento: ________________________________________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Código de Evaluador/a: _______________________________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Fecha de evaluación: _______________________________</w:t>
      </w:r>
    </w:p>
    <w:p w:rsidR="002D0013" w:rsidRDefault="00F51124">
      <w:pPr>
        <w:pStyle w:val="Heading2"/>
        <w:rPr>
          <w:rFonts w:ascii="Verdana" w:hAnsi="Verdana" w:hint="eastAsia"/>
          <w:color w:val="002060"/>
          <w:sz w:val="24"/>
          <w:szCs w:val="24"/>
          <w:lang w:val="es-VE"/>
        </w:rPr>
      </w:pPr>
      <w:r>
        <w:rPr>
          <w:rFonts w:ascii="Verdana" w:hAnsi="Verdana"/>
          <w:color w:val="002060"/>
          <w:sz w:val="24"/>
          <w:szCs w:val="24"/>
          <w:lang w:val="es-VE"/>
        </w:rPr>
        <w:t>Escala de valoración</w:t>
      </w:r>
    </w:p>
    <w:p w:rsidR="002D0013" w:rsidRDefault="00F51124">
      <w:p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• 3</w:t>
      </w:r>
      <w:r>
        <w:rPr>
          <w:rFonts w:ascii="Verdana" w:hAnsi="Verdana"/>
          <w:szCs w:val="24"/>
          <w:lang w:val="es-VE"/>
        </w:rPr>
        <w:t xml:space="preserve"> = Alto (Excelente/Óptimo)</w:t>
      </w:r>
      <w:r>
        <w:rPr>
          <w:rFonts w:ascii="Verdana" w:hAnsi="Verdana"/>
          <w:szCs w:val="24"/>
          <w:lang w:val="es-VE"/>
        </w:rPr>
        <w:br/>
        <w:t>• 2 = Medio (Adecuado con observaciones)</w:t>
      </w:r>
      <w:r>
        <w:rPr>
          <w:rFonts w:ascii="Verdana" w:hAnsi="Verdana"/>
          <w:szCs w:val="24"/>
          <w:lang w:val="es-VE"/>
        </w:rPr>
        <w:br/>
        <w:t>• 1 = Bajo (Necesita mejoras sustanciales)</w:t>
      </w:r>
    </w:p>
    <w:p w:rsidR="002D0013" w:rsidRPr="002343A1" w:rsidRDefault="00F51124" w:rsidP="002343A1">
      <w:pPr>
        <w:pStyle w:val="ListParagraph"/>
        <w:numPr>
          <w:ilvl w:val="0"/>
          <w:numId w:val="10"/>
        </w:numPr>
        <w:ind w:left="284" w:hanging="142"/>
        <w:rPr>
          <w:rFonts w:ascii="Verdana" w:hAnsi="Verdana" w:hint="eastAsia"/>
          <w:b/>
          <w:szCs w:val="24"/>
          <w:lang w:val="es-VE"/>
        </w:rPr>
      </w:pPr>
      <w:r w:rsidRPr="002343A1">
        <w:rPr>
          <w:rFonts w:ascii="Verdana" w:hAnsi="Verdana"/>
          <w:b/>
          <w:szCs w:val="24"/>
          <w:lang w:val="es-VE"/>
        </w:rPr>
        <w:t>Valoración Cuantitativa</w:t>
      </w:r>
    </w:p>
    <w:tbl>
      <w:tblPr>
        <w:tblW w:w="9274" w:type="dxa"/>
        <w:tblLayout w:type="fixed"/>
        <w:tblLook w:val="04A0" w:firstRow="1" w:lastRow="0" w:firstColumn="1" w:lastColumn="0" w:noHBand="0" w:noVBand="1"/>
      </w:tblPr>
      <w:tblGrid>
        <w:gridCol w:w="3195"/>
        <w:gridCol w:w="868"/>
        <w:gridCol w:w="805"/>
        <w:gridCol w:w="914"/>
        <w:gridCol w:w="3492"/>
      </w:tblGrid>
      <w:tr w:rsidR="002D0013">
        <w:trPr>
          <w:cantSplit/>
          <w:trHeight w:val="540"/>
          <w:tblHeader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:rsidR="002D0013" w:rsidRDefault="00F51124">
            <w:pPr>
              <w:spacing w:after="0" w:line="240" w:lineRule="auto"/>
              <w:jc w:val="center"/>
              <w:rPr>
                <w:rFonts w:ascii="Verdana" w:hAnsi="Verdana" w:hint="eastAsi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CRITERIO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:rsidR="002D0013" w:rsidRDefault="00F51124">
            <w:pPr>
              <w:spacing w:after="0" w:line="240" w:lineRule="auto"/>
              <w:jc w:val="center"/>
              <w:rPr>
                <w:rFonts w:ascii="Verdana" w:hAnsi="Verdana" w:hint="eastAsi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:rsidR="002D0013" w:rsidRDefault="00F51124">
            <w:pPr>
              <w:spacing w:after="0" w:line="240" w:lineRule="auto"/>
              <w:jc w:val="center"/>
              <w:rPr>
                <w:rFonts w:ascii="Verdana" w:hAnsi="Verdana" w:hint="eastAsi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:rsidR="002D0013" w:rsidRDefault="00F51124">
            <w:pPr>
              <w:spacing w:after="0" w:line="240" w:lineRule="auto"/>
              <w:jc w:val="center"/>
              <w:rPr>
                <w:rFonts w:ascii="Verdana" w:hAnsi="Verdana" w:hint="eastAsi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:rsidR="002D0013" w:rsidRDefault="00F51124">
            <w:pPr>
              <w:spacing w:after="0" w:line="240" w:lineRule="auto"/>
              <w:jc w:val="center"/>
              <w:rPr>
                <w:rFonts w:ascii="Verdana" w:hAnsi="Verdana" w:hint="eastAsi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OBSERVACIONES</w:t>
            </w:r>
          </w:p>
        </w:tc>
      </w:tr>
      <w:tr w:rsidR="002D0013" w:rsidRPr="002343A1">
        <w:trPr>
          <w:cantSplit/>
          <w:trHeight w:val="142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t>Pertinencia Temática:</w:t>
            </w:r>
            <w:r>
              <w:rPr>
                <w:rFonts w:ascii="Verdana" w:hAnsi="Verdana"/>
                <w:sz w:val="22"/>
                <w:lang w:val="es-VE"/>
              </w:rPr>
              <w:t xml:space="preserve"> El texto se ajusta a la línea editorial y aporta a las discusiones actuales del campo.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  <w:tr w:rsidR="002D0013" w:rsidRPr="002343A1">
        <w:trPr>
          <w:cantSplit/>
          <w:trHeight w:val="168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t>Coherencia y Argumentación:</w:t>
            </w:r>
            <w:r>
              <w:rPr>
                <w:rFonts w:ascii="Verdana" w:hAnsi="Verdana"/>
                <w:sz w:val="22"/>
                <w:lang w:val="es-VE"/>
              </w:rPr>
              <w:t xml:space="preserve"> La estructura de los capítulos es clara, con ideas bien desarrolladas y fundamentadas.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  <w:tr w:rsidR="002D0013" w:rsidRPr="002343A1">
        <w:trPr>
          <w:cantSplit/>
          <w:trHeight w:val="14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lastRenderedPageBreak/>
              <w:t>Originalidad y Aporte:</w:t>
            </w:r>
            <w:r>
              <w:rPr>
                <w:rFonts w:ascii="Verdana" w:hAnsi="Verdana"/>
                <w:sz w:val="22"/>
                <w:lang w:val="es-VE"/>
              </w:rPr>
              <w:t xml:space="preserve"> Presenta contribuciones propias, reflexivas y con valor para la comunidad académica.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  <w:tr w:rsidR="002D0013" w:rsidRPr="002343A1">
        <w:trPr>
          <w:cantSplit/>
          <w:trHeight w:val="14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t>Fuentes y Referencias:</w:t>
            </w:r>
            <w:r>
              <w:rPr>
                <w:rFonts w:ascii="Verdana" w:hAnsi="Verdana"/>
                <w:sz w:val="22"/>
                <w:lang w:val="es-VE"/>
              </w:rPr>
              <w:t xml:space="preserve"> Las citas y referencias son pertinentes, actuales y están presentadas en estilo APA 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  <w:tr w:rsidR="002D0013" w:rsidRPr="002343A1">
        <w:trPr>
          <w:cantSplit/>
          <w:trHeight w:val="14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t>Uso de Cuadros y Figuras:</w:t>
            </w:r>
            <w:r>
              <w:rPr>
                <w:rFonts w:ascii="Verdana" w:hAnsi="Verdana"/>
                <w:sz w:val="22"/>
                <w:lang w:val="es-VE"/>
              </w:rPr>
              <w:t xml:space="preserve"> Están correctamente identificados, referidos en el texto y cumplen función de apoyo, no de sustitución del argumento.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  <w:tr w:rsidR="002D0013" w:rsidRPr="002343A1">
        <w:trPr>
          <w:cantSplit/>
          <w:trHeight w:val="158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Pr="002343A1" w:rsidRDefault="00F51124">
            <w:pPr>
              <w:spacing w:after="0" w:line="240" w:lineRule="auto"/>
              <w:rPr>
                <w:lang w:val="es-419"/>
              </w:rPr>
            </w:pPr>
            <w:r>
              <w:rPr>
                <w:rFonts w:ascii="Verdana" w:hAnsi="Verdana"/>
                <w:b/>
                <w:bCs/>
                <w:sz w:val="22"/>
                <w:lang w:val="es-VE"/>
              </w:rPr>
              <w:t xml:space="preserve">Estructura General: </w:t>
            </w:r>
            <w:r>
              <w:rPr>
                <w:rFonts w:ascii="Verdana" w:hAnsi="Verdana"/>
                <w:sz w:val="22"/>
                <w:lang w:val="es-VE"/>
              </w:rPr>
              <w:t>El texto cuenta con: introducción, desarrollo (según tipo de artículo o documento), referencias.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013" w:rsidRDefault="002D0013">
            <w:pPr>
              <w:spacing w:after="0" w:line="240" w:lineRule="auto"/>
              <w:rPr>
                <w:rFonts w:ascii="Verdana" w:hAnsi="Verdana" w:hint="eastAsia"/>
                <w:sz w:val="22"/>
                <w:lang w:val="es-VE"/>
              </w:rPr>
            </w:pPr>
          </w:p>
        </w:tc>
      </w:tr>
    </w:tbl>
    <w:p w:rsidR="002D0013" w:rsidRDefault="002D0013">
      <w:pPr>
        <w:spacing w:after="0"/>
        <w:rPr>
          <w:rFonts w:ascii="Verdana" w:hAnsi="Verdana" w:hint="eastAsia"/>
          <w:szCs w:val="24"/>
          <w:lang w:val="es-VE"/>
        </w:rPr>
      </w:pPr>
    </w:p>
    <w:p w:rsidR="002D0013" w:rsidRPr="002343A1" w:rsidRDefault="00E3288C" w:rsidP="002343A1">
      <w:pPr>
        <w:pStyle w:val="ListParagraph"/>
        <w:numPr>
          <w:ilvl w:val="0"/>
          <w:numId w:val="10"/>
        </w:numPr>
        <w:ind w:left="284" w:hanging="142"/>
        <w:rPr>
          <w:rFonts w:ascii="Verdana" w:hAnsi="Verdana"/>
          <w:b/>
          <w:szCs w:val="24"/>
          <w:lang w:val="es-VE"/>
        </w:rPr>
      </w:pPr>
      <w:r>
        <w:rPr>
          <w:rFonts w:ascii="Verdana" w:hAnsi="Verdana"/>
          <w:b/>
          <w:szCs w:val="24"/>
          <w:lang w:val="es-VE"/>
        </w:rPr>
        <w:t>Valoración Cualitativa</w:t>
      </w:r>
    </w:p>
    <w:p w:rsidR="002D0013" w:rsidRDefault="00F51124">
      <w:pPr>
        <w:pStyle w:val="ListParagraph"/>
        <w:numPr>
          <w:ilvl w:val="0"/>
          <w:numId w:val="7"/>
        </w:num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Pertinencia y actualidad del tema:</w:t>
      </w:r>
      <w:r>
        <w:rPr>
          <w:rFonts w:ascii="Verdana" w:hAnsi="Verdana"/>
          <w:szCs w:val="24"/>
          <w:lang w:val="es-VE"/>
        </w:rPr>
        <w:br/>
        <w:t>________________________________________________________________________________________________________________</w:t>
      </w:r>
    </w:p>
    <w:p w:rsidR="002D0013" w:rsidRDefault="00F51124">
      <w:pPr>
        <w:pStyle w:val="ListParagraph"/>
        <w:numPr>
          <w:ilvl w:val="0"/>
          <w:numId w:val="7"/>
        </w:num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Fortalezas principales del libro:</w:t>
      </w:r>
      <w:r>
        <w:rPr>
          <w:rFonts w:ascii="Verdana" w:hAnsi="Verdana"/>
          <w:szCs w:val="24"/>
          <w:lang w:val="es-VE"/>
        </w:rPr>
        <w:br/>
        <w:t>__________________________________________________</w:t>
      </w:r>
      <w:r>
        <w:rPr>
          <w:rFonts w:ascii="Verdana" w:hAnsi="Verdana"/>
          <w:szCs w:val="24"/>
          <w:lang w:val="es-VE"/>
        </w:rPr>
        <w:t>______________________________________________________________</w:t>
      </w:r>
    </w:p>
    <w:p w:rsidR="002D0013" w:rsidRDefault="00F51124">
      <w:pPr>
        <w:pStyle w:val="ListParagraph"/>
        <w:numPr>
          <w:ilvl w:val="0"/>
          <w:numId w:val="7"/>
        </w:numPr>
        <w:rPr>
          <w:rFonts w:ascii="Verdana" w:hAnsi="Verdana" w:hint="eastAsia"/>
          <w:szCs w:val="24"/>
          <w:lang w:val="es-VE"/>
        </w:rPr>
      </w:pPr>
      <w:r>
        <w:rPr>
          <w:rFonts w:ascii="Verdana" w:hAnsi="Verdana"/>
          <w:szCs w:val="24"/>
          <w:lang w:val="es-VE"/>
        </w:rPr>
        <w:t>Aspectos a mejorar (de forma y/o fondo):</w:t>
      </w:r>
      <w:r>
        <w:rPr>
          <w:rFonts w:ascii="Verdana" w:hAnsi="Verdana"/>
          <w:szCs w:val="24"/>
          <w:lang w:val="es-VE"/>
        </w:rPr>
        <w:br/>
        <w:t>________________________________________________________________________________________________________________</w:t>
      </w:r>
      <w:r>
        <w:rPr>
          <w:rFonts w:ascii="Verdana" w:hAnsi="Verdana"/>
          <w:szCs w:val="24"/>
          <w:lang w:val="es-VE"/>
        </w:rPr>
        <w:br/>
      </w:r>
      <w:r w:rsidRPr="002343A1">
        <w:rPr>
          <w:lang w:val="es-419"/>
        </w:rPr>
        <w:br w:type="page"/>
      </w:r>
    </w:p>
    <w:p w:rsidR="002D0013" w:rsidRPr="002343A1" w:rsidRDefault="00F51124" w:rsidP="002343A1">
      <w:pPr>
        <w:pStyle w:val="ListParagraph"/>
        <w:numPr>
          <w:ilvl w:val="0"/>
          <w:numId w:val="10"/>
        </w:numPr>
        <w:ind w:left="284" w:hanging="142"/>
        <w:rPr>
          <w:rFonts w:ascii="Verdana" w:hAnsi="Verdana" w:hint="eastAsia"/>
          <w:b/>
          <w:szCs w:val="24"/>
          <w:lang w:val="es-VE"/>
        </w:rPr>
      </w:pPr>
      <w:r w:rsidRPr="002343A1">
        <w:rPr>
          <w:rFonts w:ascii="Verdana" w:hAnsi="Verdana"/>
          <w:b/>
          <w:szCs w:val="24"/>
          <w:lang w:val="es-VE"/>
        </w:rPr>
        <w:lastRenderedPageBreak/>
        <w:t>Dicta</w:t>
      </w:r>
      <w:bookmarkStart w:id="0" w:name="_GoBack"/>
      <w:bookmarkEnd w:id="0"/>
      <w:r w:rsidRPr="002343A1">
        <w:rPr>
          <w:rFonts w:ascii="Verdana" w:hAnsi="Verdana"/>
          <w:b/>
          <w:szCs w:val="24"/>
          <w:lang w:val="es-VE"/>
        </w:rPr>
        <w:t>men Editorial</w:t>
      </w:r>
    </w:p>
    <w:tbl>
      <w:tblPr>
        <w:tblStyle w:val="TableGrid"/>
        <w:tblW w:w="8523" w:type="dxa"/>
        <w:tblLayout w:type="fixed"/>
        <w:tblLook w:val="04A0" w:firstRow="1" w:lastRow="0" w:firstColumn="1" w:lastColumn="0" w:noHBand="0" w:noVBand="1"/>
      </w:tblPr>
      <w:tblGrid>
        <w:gridCol w:w="1735"/>
        <w:gridCol w:w="6788"/>
      </w:tblGrid>
      <w:tr w:rsidR="002D0013">
        <w:trPr>
          <w:trHeight w:val="270"/>
        </w:trPr>
        <w:tc>
          <w:tcPr>
            <w:tcW w:w="1735" w:type="dxa"/>
          </w:tcPr>
          <w:p w:rsidR="002D0013" w:rsidRDefault="002D0013">
            <w:pPr>
              <w:spacing w:after="0" w:line="240" w:lineRule="auto"/>
              <w:rPr>
                <w:lang w:val="es-VE"/>
              </w:rPr>
            </w:pPr>
          </w:p>
        </w:tc>
        <w:tc>
          <w:tcPr>
            <w:tcW w:w="6787" w:type="dxa"/>
          </w:tcPr>
          <w:p w:rsidR="002D0013" w:rsidRPr="002343A1" w:rsidRDefault="00F51124" w:rsidP="002343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szCs w:val="24"/>
                <w:lang w:val="es-VE"/>
              </w:rPr>
            </w:pPr>
            <w:proofErr w:type="spellStart"/>
            <w:r w:rsidRPr="002343A1">
              <w:rPr>
                <w:rFonts w:ascii="Verdana" w:eastAsia="MS Mincho" w:hAnsi="Verdana"/>
                <w:w w:val="80"/>
                <w:szCs w:val="24"/>
              </w:rPr>
              <w:t>Publicable</w:t>
            </w:r>
            <w:proofErr w:type="spellEnd"/>
            <w:r w:rsidRPr="002343A1">
              <w:rPr>
                <w:rFonts w:ascii="Verdana" w:eastAsia="MS Mincho" w:hAnsi="Verdana"/>
                <w:spacing w:val="8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Sin</w:t>
            </w:r>
            <w:r w:rsidRPr="002343A1">
              <w:rPr>
                <w:rFonts w:ascii="Verdana" w:eastAsia="MS Mincho" w:hAnsi="Verdana"/>
                <w:spacing w:val="9"/>
                <w:w w:val="80"/>
                <w:szCs w:val="24"/>
              </w:rPr>
              <w:t xml:space="preserve"> </w:t>
            </w:r>
            <w:proofErr w:type="spellStart"/>
            <w:r w:rsidRPr="002343A1">
              <w:rPr>
                <w:rFonts w:ascii="Verdana" w:eastAsia="MS Mincho" w:hAnsi="Verdana"/>
                <w:w w:val="80"/>
                <w:szCs w:val="24"/>
              </w:rPr>
              <w:t>Modificaciones</w:t>
            </w:r>
            <w:proofErr w:type="spellEnd"/>
          </w:p>
        </w:tc>
      </w:tr>
      <w:tr w:rsidR="002D0013" w:rsidRPr="002343A1">
        <w:trPr>
          <w:trHeight w:val="270"/>
        </w:trPr>
        <w:tc>
          <w:tcPr>
            <w:tcW w:w="1735" w:type="dxa"/>
          </w:tcPr>
          <w:p w:rsidR="002D0013" w:rsidRDefault="002D0013">
            <w:pPr>
              <w:spacing w:after="0" w:line="240" w:lineRule="auto"/>
              <w:rPr>
                <w:lang w:val="es-VE"/>
              </w:rPr>
            </w:pPr>
          </w:p>
        </w:tc>
        <w:tc>
          <w:tcPr>
            <w:tcW w:w="6787" w:type="dxa"/>
          </w:tcPr>
          <w:p w:rsidR="002D0013" w:rsidRPr="002343A1" w:rsidRDefault="00F51124" w:rsidP="002343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Verdana" w:eastAsia="MS Mincho" w:hAnsi="Verdana"/>
                <w:w w:val="80"/>
                <w:szCs w:val="24"/>
              </w:rPr>
            </w:pPr>
            <w:r w:rsidRPr="002343A1">
              <w:rPr>
                <w:rFonts w:ascii="Verdana" w:eastAsia="MS Mincho" w:hAnsi="Verdana"/>
                <w:w w:val="80"/>
                <w:szCs w:val="24"/>
              </w:rPr>
              <w:t>Publicable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Con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Modificaciones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De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Forma</w:t>
            </w:r>
          </w:p>
        </w:tc>
      </w:tr>
      <w:tr w:rsidR="002D0013" w:rsidRPr="002343A1">
        <w:trPr>
          <w:trHeight w:val="258"/>
        </w:trPr>
        <w:tc>
          <w:tcPr>
            <w:tcW w:w="1735" w:type="dxa"/>
          </w:tcPr>
          <w:p w:rsidR="002D0013" w:rsidRDefault="002D0013">
            <w:pPr>
              <w:spacing w:after="0" w:line="240" w:lineRule="auto"/>
              <w:rPr>
                <w:lang w:val="es-VE"/>
              </w:rPr>
            </w:pPr>
          </w:p>
        </w:tc>
        <w:tc>
          <w:tcPr>
            <w:tcW w:w="6787" w:type="dxa"/>
          </w:tcPr>
          <w:p w:rsidR="002D0013" w:rsidRPr="002343A1" w:rsidRDefault="00F51124" w:rsidP="002343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Verdana" w:eastAsia="MS Mincho" w:hAnsi="Verdana"/>
                <w:w w:val="80"/>
                <w:szCs w:val="24"/>
              </w:rPr>
            </w:pPr>
            <w:r w:rsidRPr="002343A1">
              <w:rPr>
                <w:rFonts w:ascii="Verdana" w:eastAsia="MS Mincho" w:hAnsi="Verdana"/>
                <w:w w:val="80"/>
                <w:szCs w:val="24"/>
              </w:rPr>
              <w:t>Publicable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Con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Modificaciones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De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>Fondo</w:t>
            </w:r>
          </w:p>
        </w:tc>
      </w:tr>
      <w:tr w:rsidR="002D0013" w:rsidRPr="002343A1">
        <w:trPr>
          <w:trHeight w:val="317"/>
        </w:trPr>
        <w:tc>
          <w:tcPr>
            <w:tcW w:w="1735" w:type="dxa"/>
          </w:tcPr>
          <w:p w:rsidR="002D0013" w:rsidRDefault="002D0013">
            <w:pPr>
              <w:spacing w:after="0" w:line="240" w:lineRule="auto"/>
              <w:rPr>
                <w:lang w:val="es-VE"/>
              </w:rPr>
            </w:pPr>
          </w:p>
        </w:tc>
        <w:tc>
          <w:tcPr>
            <w:tcW w:w="6787" w:type="dxa"/>
          </w:tcPr>
          <w:p w:rsidR="002D0013" w:rsidRPr="002343A1" w:rsidRDefault="002343A1" w:rsidP="002343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Verdana" w:eastAsia="MS Mincho" w:hAnsi="Verdana"/>
                <w:w w:val="80"/>
                <w:szCs w:val="24"/>
              </w:rPr>
            </w:pPr>
            <w:r w:rsidRPr="002343A1">
              <w:rPr>
                <w:rFonts w:ascii="Verdana" w:eastAsia="MS Mincho" w:hAnsi="Verdana"/>
                <w:w w:val="80"/>
                <w:szCs w:val="24"/>
              </w:rPr>
              <w:t>P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ublicable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Con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Modificaciones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De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Forma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Y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r w:rsidR="00F51124" w:rsidRPr="002343A1">
              <w:rPr>
                <w:rFonts w:ascii="Verdana" w:eastAsia="MS Mincho" w:hAnsi="Verdana"/>
                <w:w w:val="80"/>
                <w:szCs w:val="24"/>
              </w:rPr>
              <w:t>Fondo</w:t>
            </w:r>
          </w:p>
        </w:tc>
      </w:tr>
      <w:tr w:rsidR="002D0013">
        <w:trPr>
          <w:trHeight w:val="270"/>
        </w:trPr>
        <w:tc>
          <w:tcPr>
            <w:tcW w:w="1735" w:type="dxa"/>
          </w:tcPr>
          <w:p w:rsidR="002D0013" w:rsidRDefault="002D0013">
            <w:pPr>
              <w:spacing w:after="0" w:line="240" w:lineRule="auto"/>
              <w:rPr>
                <w:lang w:val="es-VE"/>
              </w:rPr>
            </w:pPr>
          </w:p>
        </w:tc>
        <w:tc>
          <w:tcPr>
            <w:tcW w:w="6787" w:type="dxa"/>
          </w:tcPr>
          <w:p w:rsidR="002D0013" w:rsidRPr="002343A1" w:rsidRDefault="00F51124" w:rsidP="002343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Verdana" w:eastAsia="MS Mincho" w:hAnsi="Verdana"/>
                <w:w w:val="80"/>
                <w:szCs w:val="24"/>
              </w:rPr>
            </w:pPr>
            <w:r w:rsidRPr="002343A1">
              <w:rPr>
                <w:rFonts w:ascii="Verdana" w:eastAsia="MS Mincho" w:hAnsi="Verdana"/>
                <w:w w:val="80"/>
                <w:szCs w:val="24"/>
              </w:rPr>
              <w:t>No</w:t>
            </w:r>
            <w:r w:rsidRPr="002343A1">
              <w:rPr>
                <w:rFonts w:ascii="Verdana" w:eastAsia="MS Mincho" w:hAnsi="Verdana"/>
                <w:w w:val="80"/>
                <w:szCs w:val="24"/>
              </w:rPr>
              <w:t xml:space="preserve"> </w:t>
            </w:r>
            <w:proofErr w:type="spellStart"/>
            <w:r w:rsidRPr="002343A1">
              <w:rPr>
                <w:rFonts w:ascii="Verdana" w:eastAsia="MS Mincho" w:hAnsi="Verdana"/>
                <w:w w:val="80"/>
                <w:szCs w:val="24"/>
              </w:rPr>
              <w:t>Publicable</w:t>
            </w:r>
            <w:proofErr w:type="spellEnd"/>
          </w:p>
        </w:tc>
      </w:tr>
    </w:tbl>
    <w:p w:rsidR="002D0013" w:rsidRDefault="002D0013">
      <w:pPr>
        <w:rPr>
          <w:rFonts w:ascii="Verdana" w:hAnsi="Verdana"/>
          <w:szCs w:val="24"/>
          <w:lang w:val="es-VE"/>
        </w:rPr>
      </w:pPr>
    </w:p>
    <w:sectPr w:rsidR="002D001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124" w:rsidRDefault="00F51124">
      <w:pPr>
        <w:spacing w:after="0" w:line="240" w:lineRule="auto"/>
      </w:pPr>
      <w:r>
        <w:separator/>
      </w:r>
    </w:p>
  </w:endnote>
  <w:endnote w:type="continuationSeparator" w:id="0">
    <w:p w:rsidR="00F51124" w:rsidRDefault="00F5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MT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13" w:rsidRDefault="00F51124">
    <w:pPr>
      <w:pStyle w:val="BodyText"/>
      <w:spacing w:line="245" w:lineRule="exact"/>
      <w:ind w:left="20"/>
      <w:jc w:val="center"/>
      <w:rPr>
        <w:rFonts w:ascii="Verdana" w:hAnsi="Verdana" w:hint="eastAsia"/>
        <w:b/>
        <w:bCs/>
        <w:color w:val="FF5050"/>
        <w:lang w:val="es-VE"/>
      </w:rPr>
    </w:pPr>
    <w:r>
      <w:rPr>
        <w:rFonts w:ascii="Verdana" w:hAnsi="Verdana"/>
        <w:b/>
        <w:bCs/>
        <w:color w:val="FF5050"/>
        <w:lang w:val="es-VE"/>
      </w:rPr>
      <w:t>Fondo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Editorial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Red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HOLOS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XXI</w:t>
    </w:r>
    <w:r>
      <w:rPr>
        <w:rFonts w:ascii="Verdana" w:hAnsi="Verdana"/>
        <w:b/>
        <w:bCs/>
        <w:color w:val="FF5050"/>
        <w:spacing w:val="-3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“Saber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y Ciencia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para</w:t>
    </w:r>
    <w:r>
      <w:rPr>
        <w:rFonts w:ascii="Verdana" w:hAnsi="Verdana"/>
        <w:b/>
        <w:bCs/>
        <w:color w:val="FF5050"/>
        <w:spacing w:val="-4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todos”.</w:t>
    </w:r>
    <w:r>
      <w:rPr>
        <w:rFonts w:ascii="Verdana" w:hAnsi="Verdana"/>
        <w:b/>
        <w:bCs/>
        <w:color w:val="FF5050"/>
        <w:spacing w:val="-2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2025</w:t>
    </w:r>
  </w:p>
  <w:p w:rsidR="002D0013" w:rsidRDefault="002D0013">
    <w:pPr>
      <w:pStyle w:val="Footer"/>
      <w:rPr>
        <w:lang w:val="es-V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13" w:rsidRDefault="00F51124">
    <w:pPr>
      <w:pStyle w:val="BodyText"/>
      <w:spacing w:line="245" w:lineRule="exact"/>
      <w:ind w:left="20"/>
      <w:jc w:val="center"/>
      <w:rPr>
        <w:rFonts w:ascii="Verdana" w:hAnsi="Verdana" w:hint="eastAsia"/>
        <w:b/>
        <w:bCs/>
        <w:color w:val="FF5050"/>
        <w:lang w:val="es-VE"/>
      </w:rPr>
    </w:pPr>
    <w:r>
      <w:rPr>
        <w:rFonts w:ascii="Verdana" w:hAnsi="Verdana"/>
        <w:b/>
        <w:bCs/>
        <w:color w:val="FF5050"/>
        <w:lang w:val="es-VE"/>
      </w:rPr>
      <w:t>Fondo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Editorial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Red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HOLOS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XXI</w:t>
    </w:r>
    <w:r>
      <w:rPr>
        <w:rFonts w:ascii="Verdana" w:hAnsi="Verdana"/>
        <w:b/>
        <w:bCs/>
        <w:color w:val="FF5050"/>
        <w:spacing w:val="-3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“Saber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y Ciencia</w:t>
    </w:r>
    <w:r>
      <w:rPr>
        <w:rFonts w:ascii="Verdana" w:hAnsi="Verdana"/>
        <w:b/>
        <w:bCs/>
        <w:color w:val="FF5050"/>
        <w:spacing w:val="-1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para</w:t>
    </w:r>
    <w:r>
      <w:rPr>
        <w:rFonts w:ascii="Verdana" w:hAnsi="Verdana"/>
        <w:b/>
        <w:bCs/>
        <w:color w:val="FF5050"/>
        <w:spacing w:val="-4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todos”.</w:t>
    </w:r>
    <w:r>
      <w:rPr>
        <w:rFonts w:ascii="Verdana" w:hAnsi="Verdana"/>
        <w:b/>
        <w:bCs/>
        <w:color w:val="FF5050"/>
        <w:spacing w:val="-2"/>
        <w:lang w:val="es-VE"/>
      </w:rPr>
      <w:t xml:space="preserve"> </w:t>
    </w:r>
    <w:r>
      <w:rPr>
        <w:rFonts w:ascii="Verdana" w:hAnsi="Verdana"/>
        <w:b/>
        <w:bCs/>
        <w:color w:val="FF5050"/>
        <w:lang w:val="es-VE"/>
      </w:rPr>
      <w:t>2025</w:t>
    </w:r>
  </w:p>
  <w:p w:rsidR="002D0013" w:rsidRDefault="002D0013">
    <w:pPr>
      <w:pStyle w:val="Footer"/>
      <w:rPr>
        <w:lang w:val="es-V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124" w:rsidRDefault="00F51124">
      <w:pPr>
        <w:spacing w:after="0" w:line="240" w:lineRule="auto"/>
      </w:pPr>
      <w:r>
        <w:separator/>
      </w:r>
    </w:p>
  </w:footnote>
  <w:footnote w:type="continuationSeparator" w:id="0">
    <w:p w:rsidR="00F51124" w:rsidRDefault="00F5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13" w:rsidRDefault="00F51124" w:rsidP="00801C01">
    <w:pPr>
      <w:pStyle w:val="Header"/>
      <w:ind w:left="-142"/>
    </w:pPr>
    <w:r>
      <w:rPr>
        <w:noProof/>
        <w:lang w:val="es-419" w:eastAsia="es-419"/>
      </w:rPr>
      <mc:AlternateContent>
        <mc:Choice Requires="wpg">
          <w:drawing>
            <wp:inline distT="0" distB="0" distL="0" distR="0" wp14:anchorId="0E15A1C9">
              <wp:extent cx="5943600" cy="1196340"/>
              <wp:effectExtent l="0" t="0" r="0" b="3810"/>
              <wp:docPr id="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1196280"/>
                        <a:chOff x="0" y="0"/>
                        <a:chExt cx="5943600" cy="1196280"/>
                      </a:xfrm>
                    </wpg:grpSpPr>
                    <wps:wsp>
                      <wps:cNvPr id="2" name="Rectangle 6"/>
                      <wps:cNvSpPr/>
                      <wps:spPr>
                        <a:xfrm>
                          <a:off x="0" y="0"/>
                          <a:ext cx="5892120" cy="1104840"/>
                        </a:xfrm>
                        <a:prstGeom prst="rect">
                          <a:avLst/>
                        </a:prstGeom>
                        <a:solidFill>
                          <a:srgbClr val="FF575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" name="Freeform 5"/>
                      <wps:cNvSpPr/>
                      <wps:spPr>
                        <a:xfrm>
                          <a:off x="4115520" y="0"/>
                          <a:ext cx="1828080" cy="1196280"/>
                        </a:xfrm>
                        <a:custGeom>
                          <a:avLst/>
                          <a:gdLst>
                            <a:gd name="textAreaLeft" fmla="*/ 0 w 1036440"/>
                            <a:gd name="textAreaRight" fmla="*/ 1036800 w 1036440"/>
                            <a:gd name="textAreaTop" fmla="*/ 0 h 678240"/>
                            <a:gd name="textAreaBottom" fmla="*/ 678600 h 678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06" h="2910">
                              <a:moveTo>
                                <a:pt x="2919" y="2910"/>
                              </a:moveTo>
                              <a:lnTo>
                                <a:pt x="725" y="2910"/>
                              </a:lnTo>
                              <a:lnTo>
                                <a:pt x="690" y="2883"/>
                              </a:lnTo>
                              <a:lnTo>
                                <a:pt x="636" y="2839"/>
                              </a:lnTo>
                              <a:lnTo>
                                <a:pt x="584" y="2792"/>
                              </a:lnTo>
                              <a:lnTo>
                                <a:pt x="534" y="2744"/>
                              </a:lnTo>
                              <a:lnTo>
                                <a:pt x="485" y="2693"/>
                              </a:lnTo>
                              <a:lnTo>
                                <a:pt x="439" y="2641"/>
                              </a:lnTo>
                              <a:lnTo>
                                <a:pt x="394" y="2587"/>
                              </a:lnTo>
                              <a:lnTo>
                                <a:pt x="352" y="2531"/>
                              </a:lnTo>
                              <a:lnTo>
                                <a:pt x="311" y="2474"/>
                              </a:lnTo>
                              <a:lnTo>
                                <a:pt x="273" y="2415"/>
                              </a:lnTo>
                              <a:lnTo>
                                <a:pt x="237" y="2354"/>
                              </a:lnTo>
                              <a:lnTo>
                                <a:pt x="203" y="2292"/>
                              </a:lnTo>
                              <a:lnTo>
                                <a:pt x="172" y="2229"/>
                              </a:lnTo>
                              <a:lnTo>
                                <a:pt x="143" y="2164"/>
                              </a:lnTo>
                              <a:lnTo>
                                <a:pt x="117" y="2098"/>
                              </a:lnTo>
                              <a:lnTo>
                                <a:pt x="93" y="2031"/>
                              </a:lnTo>
                              <a:lnTo>
                                <a:pt x="72" y="1963"/>
                              </a:lnTo>
                              <a:lnTo>
                                <a:pt x="53" y="1893"/>
                              </a:lnTo>
                              <a:lnTo>
                                <a:pt x="37" y="1822"/>
                              </a:lnTo>
                              <a:lnTo>
                                <a:pt x="24" y="1751"/>
                              </a:lnTo>
                              <a:lnTo>
                                <a:pt x="14" y="1678"/>
                              </a:lnTo>
                              <a:lnTo>
                                <a:pt x="6" y="1604"/>
                              </a:lnTo>
                              <a:lnTo>
                                <a:pt x="2" y="1530"/>
                              </a:lnTo>
                              <a:lnTo>
                                <a:pt x="0" y="1455"/>
                              </a:lnTo>
                              <a:lnTo>
                                <a:pt x="2" y="1380"/>
                              </a:lnTo>
                              <a:lnTo>
                                <a:pt x="6" y="1306"/>
                              </a:lnTo>
                              <a:lnTo>
                                <a:pt x="14" y="1232"/>
                              </a:lnTo>
                              <a:lnTo>
                                <a:pt x="24" y="1159"/>
                              </a:lnTo>
                              <a:lnTo>
                                <a:pt x="37" y="1088"/>
                              </a:lnTo>
                              <a:lnTo>
                                <a:pt x="53" y="1017"/>
                              </a:lnTo>
                              <a:lnTo>
                                <a:pt x="72" y="947"/>
                              </a:lnTo>
                              <a:lnTo>
                                <a:pt x="93" y="879"/>
                              </a:lnTo>
                              <a:lnTo>
                                <a:pt x="117" y="812"/>
                              </a:lnTo>
                              <a:lnTo>
                                <a:pt x="143" y="746"/>
                              </a:lnTo>
                              <a:lnTo>
                                <a:pt x="172" y="681"/>
                              </a:lnTo>
                              <a:lnTo>
                                <a:pt x="203" y="618"/>
                              </a:lnTo>
                              <a:lnTo>
                                <a:pt x="237" y="556"/>
                              </a:lnTo>
                              <a:lnTo>
                                <a:pt x="273" y="495"/>
                              </a:lnTo>
                              <a:lnTo>
                                <a:pt x="311" y="436"/>
                              </a:lnTo>
                              <a:lnTo>
                                <a:pt x="352" y="379"/>
                              </a:lnTo>
                              <a:lnTo>
                                <a:pt x="394" y="323"/>
                              </a:lnTo>
                              <a:lnTo>
                                <a:pt x="439" y="269"/>
                              </a:lnTo>
                              <a:lnTo>
                                <a:pt x="485" y="217"/>
                              </a:lnTo>
                              <a:lnTo>
                                <a:pt x="534" y="166"/>
                              </a:lnTo>
                              <a:lnTo>
                                <a:pt x="584" y="118"/>
                              </a:lnTo>
                              <a:lnTo>
                                <a:pt x="636" y="71"/>
                              </a:lnTo>
                              <a:lnTo>
                                <a:pt x="690" y="27"/>
                              </a:lnTo>
                              <a:lnTo>
                                <a:pt x="725" y="0"/>
                              </a:lnTo>
                              <a:lnTo>
                                <a:pt x="2919" y="0"/>
                              </a:lnTo>
                              <a:lnTo>
                                <a:pt x="3008" y="71"/>
                              </a:lnTo>
                              <a:lnTo>
                                <a:pt x="3061" y="118"/>
                              </a:lnTo>
                              <a:lnTo>
                                <a:pt x="3111" y="166"/>
                              </a:lnTo>
                              <a:lnTo>
                                <a:pt x="3160" y="217"/>
                              </a:lnTo>
                              <a:lnTo>
                                <a:pt x="3206" y="269"/>
                              </a:lnTo>
                              <a:lnTo>
                                <a:pt x="3251" y="323"/>
                              </a:lnTo>
                              <a:lnTo>
                                <a:pt x="3293" y="379"/>
                              </a:lnTo>
                              <a:lnTo>
                                <a:pt x="3334" y="436"/>
                              </a:lnTo>
                              <a:lnTo>
                                <a:pt x="3372" y="495"/>
                              </a:lnTo>
                              <a:lnTo>
                                <a:pt x="3408" y="556"/>
                              </a:lnTo>
                              <a:lnTo>
                                <a:pt x="3441" y="618"/>
                              </a:lnTo>
                              <a:lnTo>
                                <a:pt x="3473" y="681"/>
                              </a:lnTo>
                              <a:lnTo>
                                <a:pt x="3502" y="746"/>
                              </a:lnTo>
                              <a:lnTo>
                                <a:pt x="3528" y="812"/>
                              </a:lnTo>
                              <a:lnTo>
                                <a:pt x="3552" y="879"/>
                              </a:lnTo>
                              <a:lnTo>
                                <a:pt x="3573" y="947"/>
                              </a:lnTo>
                              <a:lnTo>
                                <a:pt x="3592" y="1017"/>
                              </a:lnTo>
                              <a:lnTo>
                                <a:pt x="3606" y="1080"/>
                              </a:lnTo>
                              <a:lnTo>
                                <a:pt x="3606" y="1830"/>
                              </a:lnTo>
                              <a:lnTo>
                                <a:pt x="3592" y="1893"/>
                              </a:lnTo>
                              <a:lnTo>
                                <a:pt x="3573" y="1963"/>
                              </a:lnTo>
                              <a:lnTo>
                                <a:pt x="3552" y="2031"/>
                              </a:lnTo>
                              <a:lnTo>
                                <a:pt x="3528" y="2098"/>
                              </a:lnTo>
                              <a:lnTo>
                                <a:pt x="3502" y="2164"/>
                              </a:lnTo>
                              <a:lnTo>
                                <a:pt x="3473" y="2229"/>
                              </a:lnTo>
                              <a:lnTo>
                                <a:pt x="3441" y="2292"/>
                              </a:lnTo>
                              <a:lnTo>
                                <a:pt x="3408" y="2354"/>
                              </a:lnTo>
                              <a:lnTo>
                                <a:pt x="3372" y="2415"/>
                              </a:lnTo>
                              <a:lnTo>
                                <a:pt x="3334" y="2474"/>
                              </a:lnTo>
                              <a:lnTo>
                                <a:pt x="3293" y="2531"/>
                              </a:lnTo>
                              <a:lnTo>
                                <a:pt x="3251" y="2587"/>
                              </a:lnTo>
                              <a:lnTo>
                                <a:pt x="3206" y="2641"/>
                              </a:lnTo>
                              <a:lnTo>
                                <a:pt x="3160" y="2693"/>
                              </a:lnTo>
                              <a:lnTo>
                                <a:pt x="3111" y="2744"/>
                              </a:lnTo>
                              <a:lnTo>
                                <a:pt x="3061" y="2792"/>
                              </a:lnTo>
                              <a:lnTo>
                                <a:pt x="3008" y="2839"/>
                              </a:lnTo>
                              <a:lnTo>
                                <a:pt x="2954" y="2883"/>
                              </a:lnTo>
                              <a:lnTo>
                                <a:pt x="2919" y="2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194720" y="173520"/>
                          <a:ext cx="1748880" cy="807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B3F1EF9" id="Group 2" o:spid="_x0000_s1026" style="width:468pt;height:94.2pt;mso-position-horizontal-relative:char;mso-position-vertical-relative:line" coordsize="59436,11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">
              <v:rect id="Rectangle 6" o:spid="_x0000_s1027" style="position:absolute;width:58921;height:1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" fillcolor="#ff5757" stroked="f" strokeweight="0"/>
              <v:shape id="Freeform 5" o:spid="_x0000_s1028" style="position:absolute;left:41155;width:18281;height:11962;visibility:visible;mso-wrap-style:square;v-text-anchor:top" coordsize="3606,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" path="m2919,2910r-2194,l690,2883r-54,-44l584,2792r-50,-48l485,2693r-46,-52l394,2587r-42,-56l311,2474r-38,-59l237,2354r-34,-62l172,2229r-29,-65l117,2098,93,2031,72,1963,53,1893,37,1822,24,1751,14,1678,6,1604,2,1530,,1455r2,-75l6,1306r8,-74l24,1159r13,-71l53,1017,72,947,93,879r24,-67l143,746r29,-65l203,618r34,-62l273,495r38,-59l352,379r42,-56l439,269r46,-52l534,166r50,-48l636,71,690,27,725,,2919,r89,71l3061,118r50,48l3160,217r46,52l3251,323r42,56l3334,436r38,59l3408,556r33,62l3473,681r29,65l3528,812r24,67l3573,947r19,70l3606,1080r,750l3592,1893r-19,70l3552,2031r-24,67l3502,2164r-29,65l3441,2292r-33,62l3372,2415r-38,59l3293,2531r-42,56l3206,2641r-46,52l3111,2744r-50,48l3008,2839r-54,44l2919,2910xe" stroked="f" strokeweight="0">
                <v:path arrowok="t" textboxrect="0,0,3607,291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1947;top:1735;width:17489;height:8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" strokeweight="0">
                <v:imagedata r:id="rId2" o:title="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13" w:rsidRDefault="00F51124">
    <w:pPr>
      <w:pStyle w:val="Header"/>
    </w:pPr>
    <w:r>
      <w:rPr>
        <w:noProof/>
        <w:lang w:val="es-419" w:eastAsia="es-419"/>
      </w:rPr>
      <mc:AlternateContent>
        <mc:Choice Requires="wpg">
          <w:drawing>
            <wp:inline distT="0" distB="0" distL="0" distR="0" wp14:anchorId="0E15A1C9">
              <wp:extent cx="5943600" cy="1196340"/>
              <wp:effectExtent l="0" t="0" r="0" b="3810"/>
              <wp:docPr id="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1196280"/>
                        <a:chOff x="0" y="0"/>
                        <a:chExt cx="5943600" cy="1196280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5892120" cy="1104840"/>
                        </a:xfrm>
                        <a:prstGeom prst="rect">
                          <a:avLst/>
                        </a:prstGeom>
                        <a:solidFill>
                          <a:srgbClr val="FF575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7" name="Freeform 5"/>
                      <wps:cNvSpPr/>
                      <wps:spPr>
                        <a:xfrm>
                          <a:off x="4115520" y="0"/>
                          <a:ext cx="1828080" cy="1196280"/>
                        </a:xfrm>
                        <a:custGeom>
                          <a:avLst/>
                          <a:gdLst>
                            <a:gd name="textAreaLeft" fmla="*/ 0 w 1036440"/>
                            <a:gd name="textAreaRight" fmla="*/ 1036800 w 1036440"/>
                            <a:gd name="textAreaTop" fmla="*/ 0 h 678240"/>
                            <a:gd name="textAreaBottom" fmla="*/ 678600 h 678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06" h="2910">
                              <a:moveTo>
                                <a:pt x="2919" y="2910"/>
                              </a:moveTo>
                              <a:lnTo>
                                <a:pt x="725" y="2910"/>
                              </a:lnTo>
                              <a:lnTo>
                                <a:pt x="690" y="2883"/>
                              </a:lnTo>
                              <a:lnTo>
                                <a:pt x="636" y="2839"/>
                              </a:lnTo>
                              <a:lnTo>
                                <a:pt x="584" y="2792"/>
                              </a:lnTo>
                              <a:lnTo>
                                <a:pt x="534" y="2744"/>
                              </a:lnTo>
                              <a:lnTo>
                                <a:pt x="485" y="2693"/>
                              </a:lnTo>
                              <a:lnTo>
                                <a:pt x="439" y="2641"/>
                              </a:lnTo>
                              <a:lnTo>
                                <a:pt x="394" y="2587"/>
                              </a:lnTo>
                              <a:lnTo>
                                <a:pt x="352" y="2531"/>
                              </a:lnTo>
                              <a:lnTo>
                                <a:pt x="311" y="2474"/>
                              </a:lnTo>
                              <a:lnTo>
                                <a:pt x="273" y="2415"/>
                              </a:lnTo>
                              <a:lnTo>
                                <a:pt x="237" y="2354"/>
                              </a:lnTo>
                              <a:lnTo>
                                <a:pt x="203" y="2292"/>
                              </a:lnTo>
                              <a:lnTo>
                                <a:pt x="172" y="2229"/>
                              </a:lnTo>
                              <a:lnTo>
                                <a:pt x="143" y="2164"/>
                              </a:lnTo>
                              <a:lnTo>
                                <a:pt x="117" y="2098"/>
                              </a:lnTo>
                              <a:lnTo>
                                <a:pt x="93" y="2031"/>
                              </a:lnTo>
                              <a:lnTo>
                                <a:pt x="72" y="1963"/>
                              </a:lnTo>
                              <a:lnTo>
                                <a:pt x="53" y="1893"/>
                              </a:lnTo>
                              <a:lnTo>
                                <a:pt x="37" y="1822"/>
                              </a:lnTo>
                              <a:lnTo>
                                <a:pt x="24" y="1751"/>
                              </a:lnTo>
                              <a:lnTo>
                                <a:pt x="14" y="1678"/>
                              </a:lnTo>
                              <a:lnTo>
                                <a:pt x="6" y="1604"/>
                              </a:lnTo>
                              <a:lnTo>
                                <a:pt x="2" y="1530"/>
                              </a:lnTo>
                              <a:lnTo>
                                <a:pt x="0" y="1455"/>
                              </a:lnTo>
                              <a:lnTo>
                                <a:pt x="2" y="1380"/>
                              </a:lnTo>
                              <a:lnTo>
                                <a:pt x="6" y="1306"/>
                              </a:lnTo>
                              <a:lnTo>
                                <a:pt x="14" y="1232"/>
                              </a:lnTo>
                              <a:lnTo>
                                <a:pt x="24" y="1159"/>
                              </a:lnTo>
                              <a:lnTo>
                                <a:pt x="37" y="1088"/>
                              </a:lnTo>
                              <a:lnTo>
                                <a:pt x="53" y="1017"/>
                              </a:lnTo>
                              <a:lnTo>
                                <a:pt x="72" y="947"/>
                              </a:lnTo>
                              <a:lnTo>
                                <a:pt x="93" y="879"/>
                              </a:lnTo>
                              <a:lnTo>
                                <a:pt x="117" y="812"/>
                              </a:lnTo>
                              <a:lnTo>
                                <a:pt x="143" y="746"/>
                              </a:lnTo>
                              <a:lnTo>
                                <a:pt x="172" y="681"/>
                              </a:lnTo>
                              <a:lnTo>
                                <a:pt x="203" y="618"/>
                              </a:lnTo>
                              <a:lnTo>
                                <a:pt x="237" y="556"/>
                              </a:lnTo>
                              <a:lnTo>
                                <a:pt x="273" y="495"/>
                              </a:lnTo>
                              <a:lnTo>
                                <a:pt x="311" y="436"/>
                              </a:lnTo>
                              <a:lnTo>
                                <a:pt x="352" y="379"/>
                              </a:lnTo>
                              <a:lnTo>
                                <a:pt x="394" y="323"/>
                              </a:lnTo>
                              <a:lnTo>
                                <a:pt x="439" y="269"/>
                              </a:lnTo>
                              <a:lnTo>
                                <a:pt x="485" y="217"/>
                              </a:lnTo>
                              <a:lnTo>
                                <a:pt x="534" y="166"/>
                              </a:lnTo>
                              <a:lnTo>
                                <a:pt x="584" y="118"/>
                              </a:lnTo>
                              <a:lnTo>
                                <a:pt x="636" y="71"/>
                              </a:lnTo>
                              <a:lnTo>
                                <a:pt x="690" y="27"/>
                              </a:lnTo>
                              <a:lnTo>
                                <a:pt x="725" y="0"/>
                              </a:lnTo>
                              <a:lnTo>
                                <a:pt x="2919" y="0"/>
                              </a:lnTo>
                              <a:lnTo>
                                <a:pt x="3008" y="71"/>
                              </a:lnTo>
                              <a:lnTo>
                                <a:pt x="3061" y="118"/>
                              </a:lnTo>
                              <a:lnTo>
                                <a:pt x="3111" y="166"/>
                              </a:lnTo>
                              <a:lnTo>
                                <a:pt x="3160" y="217"/>
                              </a:lnTo>
                              <a:lnTo>
                                <a:pt x="3206" y="269"/>
                              </a:lnTo>
                              <a:lnTo>
                                <a:pt x="3251" y="323"/>
                              </a:lnTo>
                              <a:lnTo>
                                <a:pt x="3293" y="379"/>
                              </a:lnTo>
                              <a:lnTo>
                                <a:pt x="3334" y="436"/>
                              </a:lnTo>
                              <a:lnTo>
                                <a:pt x="3372" y="495"/>
                              </a:lnTo>
                              <a:lnTo>
                                <a:pt x="3408" y="556"/>
                              </a:lnTo>
                              <a:lnTo>
                                <a:pt x="3441" y="618"/>
                              </a:lnTo>
                              <a:lnTo>
                                <a:pt x="3473" y="681"/>
                              </a:lnTo>
                              <a:lnTo>
                                <a:pt x="3502" y="746"/>
                              </a:lnTo>
                              <a:lnTo>
                                <a:pt x="3528" y="812"/>
                              </a:lnTo>
                              <a:lnTo>
                                <a:pt x="3552" y="879"/>
                              </a:lnTo>
                              <a:lnTo>
                                <a:pt x="3573" y="947"/>
                              </a:lnTo>
                              <a:lnTo>
                                <a:pt x="3592" y="1017"/>
                              </a:lnTo>
                              <a:lnTo>
                                <a:pt x="3606" y="1080"/>
                              </a:lnTo>
                              <a:lnTo>
                                <a:pt x="3606" y="1830"/>
                              </a:lnTo>
                              <a:lnTo>
                                <a:pt x="3592" y="1893"/>
                              </a:lnTo>
                              <a:lnTo>
                                <a:pt x="3573" y="1963"/>
                              </a:lnTo>
                              <a:lnTo>
                                <a:pt x="3552" y="2031"/>
                              </a:lnTo>
                              <a:lnTo>
                                <a:pt x="3528" y="2098"/>
                              </a:lnTo>
                              <a:lnTo>
                                <a:pt x="3502" y="2164"/>
                              </a:lnTo>
                              <a:lnTo>
                                <a:pt x="3473" y="2229"/>
                              </a:lnTo>
                              <a:lnTo>
                                <a:pt x="3441" y="2292"/>
                              </a:lnTo>
                              <a:lnTo>
                                <a:pt x="3408" y="2354"/>
                              </a:lnTo>
                              <a:lnTo>
                                <a:pt x="3372" y="2415"/>
                              </a:lnTo>
                              <a:lnTo>
                                <a:pt x="3334" y="2474"/>
                              </a:lnTo>
                              <a:lnTo>
                                <a:pt x="3293" y="2531"/>
                              </a:lnTo>
                              <a:lnTo>
                                <a:pt x="3251" y="2587"/>
                              </a:lnTo>
                              <a:lnTo>
                                <a:pt x="3206" y="2641"/>
                              </a:lnTo>
                              <a:lnTo>
                                <a:pt x="3160" y="2693"/>
                              </a:lnTo>
                              <a:lnTo>
                                <a:pt x="3111" y="2744"/>
                              </a:lnTo>
                              <a:lnTo>
                                <a:pt x="3061" y="2792"/>
                              </a:lnTo>
                              <a:lnTo>
                                <a:pt x="3008" y="2839"/>
                              </a:lnTo>
                              <a:lnTo>
                                <a:pt x="2954" y="2883"/>
                              </a:lnTo>
                              <a:lnTo>
                                <a:pt x="2919" y="2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4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194720" y="173520"/>
                          <a:ext cx="1748880" cy="807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CE949EE" id="Group 2" o:spid="_x0000_s1026" style="width:468pt;height:94.2pt;mso-position-horizontal-relative:char;mso-position-vertical-relative:line" coordsize="59436,11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">
              <v:rect id="Rectangle 6" o:spid="_x0000_s1027" style="position:absolute;width:58921;height:1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" fillcolor="#ff5757" stroked="f" strokeweight="0"/>
              <v:shape id="Freeform 5" o:spid="_x0000_s1028" style="position:absolute;left:41155;width:18281;height:11962;visibility:visible;mso-wrap-style:square;v-text-anchor:top" coordsize="3606,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" path="m2919,2910r-2194,l690,2883r-54,-44l584,2792r-50,-48l485,2693r-46,-52l394,2587r-42,-56l311,2474r-38,-59l237,2354r-34,-62l172,2229r-29,-65l117,2098,93,2031,72,1963,53,1893,37,1822,24,1751,14,1678,6,1604,2,1530,,1455r2,-75l6,1306r8,-74l24,1159r13,-71l53,1017,72,947,93,879r24,-67l143,746r29,-65l203,618r34,-62l273,495r38,-59l352,379r42,-56l439,269r46,-52l534,166r50,-48l636,71,690,27,725,,2919,r89,71l3061,118r50,48l3160,217r46,52l3251,323r42,56l3334,436r38,59l3408,556r33,62l3473,681r29,65l3528,812r24,67l3573,947r19,70l3606,1080r,750l3592,1893r-19,70l3552,2031r-24,67l3502,2164r-29,65l3441,2292r-33,62l3372,2415r-38,59l3293,2531r-42,56l3206,2641r-46,52l3111,2744r-50,48l3008,2839r-54,44l2919,2910xe" stroked="f" strokeweight="0">
                <v:path arrowok="t" textboxrect="0,0,3607,291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1947;top:1735;width:17489;height:8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" strokeweight="0">
                <v:imagedata r:id="rId2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EAB"/>
    <w:multiLevelType w:val="multilevel"/>
    <w:tmpl w:val="B2DC47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EC3911"/>
    <w:multiLevelType w:val="multilevel"/>
    <w:tmpl w:val="FD8A24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6D03F1"/>
    <w:multiLevelType w:val="multilevel"/>
    <w:tmpl w:val="B62E9B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9E5D1B"/>
    <w:multiLevelType w:val="multilevel"/>
    <w:tmpl w:val="3470041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color w:val="000000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color w:val="000000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color w:val="000000"/>
      </w:rPr>
    </w:lvl>
  </w:abstractNum>
  <w:abstractNum w:abstractNumId="4" w15:restartNumberingAfterBreak="0">
    <w:nsid w:val="1CD133CE"/>
    <w:multiLevelType w:val="multilevel"/>
    <w:tmpl w:val="3F2255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C06699"/>
    <w:multiLevelType w:val="multilevel"/>
    <w:tmpl w:val="A45E20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04B17DC"/>
    <w:multiLevelType w:val="hybridMultilevel"/>
    <w:tmpl w:val="34609666"/>
    <w:lvl w:ilvl="0" w:tplc="20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03927"/>
    <w:multiLevelType w:val="hybridMultilevel"/>
    <w:tmpl w:val="AB0EB86E"/>
    <w:lvl w:ilvl="0" w:tplc="200A0015">
      <w:start w:val="1"/>
      <w:numFmt w:val="upperLetter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91C57"/>
    <w:multiLevelType w:val="multilevel"/>
    <w:tmpl w:val="CF9885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FD5C94"/>
    <w:multiLevelType w:val="multilevel"/>
    <w:tmpl w:val="C29A08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20E0221"/>
    <w:multiLevelType w:val="multilevel"/>
    <w:tmpl w:val="AD7260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13"/>
    <w:rsid w:val="002343A1"/>
    <w:rsid w:val="002D0013"/>
    <w:rsid w:val="00801C01"/>
    <w:rsid w:val="00E3288C"/>
    <w:rsid w:val="00F5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9B0E3"/>
  <w15:docId w15:val="{76023694-40F1-4168-A327-821F537C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customStyle="1" w:styleId="Smbolosdenumeracin">
    <w:name w:val="Símbolos de numeración"/>
    <w:qFormat/>
    <w:rPr>
      <w:color w:val="00000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tulo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BA01DE"/>
    <w:pPr>
      <w:widowControl w:val="0"/>
      <w:spacing w:after="0" w:line="240" w:lineRule="auto"/>
    </w:pPr>
    <w:rPr>
      <w:rFonts w:ascii="Arial MT" w:eastAsia="Arial MT" w:hAnsi="Arial MT" w:cs="Arial MT"/>
      <w:sz w:val="22"/>
      <w:lang w:val="es-ES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1">
    <w:name w:val="Table Normal1"/>
    <w:uiPriority w:val="2"/>
    <w:semiHidden/>
    <w:unhideWhenUsed/>
    <w:qFormat/>
    <w:rsid w:val="00BA01DE"/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0C5FCD-A2C5-4CBB-A367-11E67DC0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Alejandro Vásquez</cp:lastModifiedBy>
  <cp:revision>9</cp:revision>
  <dcterms:created xsi:type="dcterms:W3CDTF">2025-10-12T14:18:00Z</dcterms:created>
  <dcterms:modified xsi:type="dcterms:W3CDTF">2025-11-17T13:22:00Z</dcterms:modified>
  <dc:language>es-VE</dc:language>
</cp:coreProperties>
</file>